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מה אני?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תיאור רגשות ותכונות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שם תואר לשם העצם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מילים כמו 'אבל' ו'לפעמים' עוזרות לתאר צדדים שונים של אותו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ואוצר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נשאר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עוזי חיטמן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(כמות 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(לא תמיד, רק חלק מהזמן)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(ילד או ילדה במשפחה)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תמיד זה כל הזמן, לפעמים זה לא כל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שיר קצר על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בתבנית 'לפעמים... אבל תמיד...', התאמה נכונה של שם תואר למין הכותב/ת, ושימוש בלפחות שלוש מילים מהיחידה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תמיד=כל הזמן, לפעמים=חלק מהזמן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שמחבר תכונה אחת לתכונה הפוכה באמצעות 'אבל'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בכתה לפני מילוי הדף כדי לחזק את ההקשבה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התאמת שם התואר (זכר/נקבה, יחיד/רבים) לפני חלק 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שיתוף קולי של כמה שורות, בלי לחייב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מה אני?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לומדים את השיר 'אני נשאר אני' של עוזי חיטמן, ומתרגלים לתאר את עצמנו גם כשיש בנו רגשות וצדדים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שמחה  ·  אני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 ואוצר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לשיר של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 נשאר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החברים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שר את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עוזי חיטמן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 בכתה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תמיד, רק חלק מהזמן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כמות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לפעמים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ילד או ילדה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בן / 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בטוח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ילד שמח, ילדה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לפעמים אני עצוב, אבל תמיד אני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התואר חייב להתאים לשם העצם במין ובמספר.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'תמיד' מתארת משהו שקורה רק לפעמים.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שיר קצר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שיר קצר בשם 'אני'. כל שורה תתחיל ב'לפעמים אני... אבל תמיד אני...' השתמשו לפחות בשלוש מילים מרשימת אוצר המילים.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'תמיד' ל'לפעמים'?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למשפט עם 'אבל' שמתאר שני צדדים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אני? מה אני?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