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תיאור רגשות ותכונות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שם תואר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מילים כמו 'אבל' ו'לפעמים' עוזרות לתאר צדדים שונים של אותו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ואוצר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נשאר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עוזי חיטמן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(כמות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(לא תמיד, רק חלק מהזמן)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(בכל זמן, בלי 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(מישהו שאוהבים ומבלים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(ילד או ילדה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זה כל הזמן, לפעמים זה לא כל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בין שני תיאורים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הנושא המרכזי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קצת זה כמות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בן זה ילד ובת זה ילדה, יש הבדל במין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שיר קצר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בתבנית 'לפעמים... אבל תמיד...', התאמה נכונה של שם תואר למין הכותב/ת, ושימוש בלפחות שלוש מילים מהיחידה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תמיד=כל הזמן, לפעמים=חלק מהזמן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שמחבר תכונה אחת לתכונה הפוכה באמצעות 'אבל'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בכתה לפני מילוי הדף כדי לחזק את ההקשבה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התאמת שם התואר (זכר/נקבה, יחיד/רבים) לפני חלק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קולי של כמה שורות, בלי לחייב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מה אני?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שומעים שיר על להישאר מי שאנחנו. לומדים מילים כמו שמח, עצוב, לפעמים, תמיד.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שמח / שמחה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טוב, עם חיוך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עצוב / עצובה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לא טוב, רוצה לבכות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לפעמים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תמיד, רק חלק מהזמן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זמן, בלי הפסקה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/ 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או ילדה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/ 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ומבלים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ואוצר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נשאר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הזמר?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עוזי חיטמן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 בכתה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אומרת 'כל הזמן'?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את זה על 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מחברת בין שני דברים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בכל זמן, בלי 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תמיד, רק חלק מהזמן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/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ילד או ילדה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בן / 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כמות קטנה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שמח, ילדה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שמחים, ילדות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לפעמים אני עצוב, אבל תמיד אני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לא עצוב, אני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התואר חייב להתאים לשם העצם במין ובמספר.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'תמיד' מתארת משהו שקורה רק לפעמים.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עוזרת לתאר שני צדדים שונים של אותו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של היחידה עוסק בלהישאר נאמנים לעצמנו.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'קצת' מביעה כמות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'בן' ו'בת' הן בדיוק אותה מילה, בלי הבדל.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שיר קצר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שיר קצר בשם 'אני'. כל שורה תתחיל ב'לפעמים אני... אבל תמיד אני...' השתמשו לפחות בשלוש מילים מרשימת אוצר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'תמיד' ל'לפעמים'?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'אבל' שמתאר שני צדדים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עצמכם מהשיר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מה אני?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