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אני? מה אני?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תיאור רגשות ותכונות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שם תואר לשם העצם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מילים כמו 'אבל' ו'לפעמים' עוזרות לתאר צדדים שונים של אותו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 ואוצר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אני נשאר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עוזי חיטמן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(כמות קטנה)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(לא 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(לא תמיד, רק חלק מהזמן)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(בכל זמן, בלי 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(מישהו שאוהבים ומבלים איתו)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(ילד או ילדה במשפחה)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כלל ההתאמה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תמיד זה כל הזמן, לפעמים זה לא כל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מחברת בין שני תיאורים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הנושא המרכזי של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קצת זה כמות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בן זה ילד ובת זה ילדה, יש הבדל במין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שיר קצר על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בתבנית 'לפעמים... אבל תמיד...', התאמה נכונה של שם תואר למין הכותב/ת, ושימוש בלפחות שלוש מילים מהיחידה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תמיד=כל הזמן, לפעמים=חלק מהזמן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שמחבר תכונה אחת לתכונה הפוכה באמצעות 'אבל'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כנה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בכתה לפני מילוי הדף כדי לחזק את ההקשבה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התאמת שם התואר (זכר/נקבה, יחיד/רבים) לפני חלק 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לעודד שיתוף קולי של כמה שורות, בלי לחייב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אני? מה אני?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הזו לומדים את השיר 'אני נשאר אני' של עוזי חיטמן, ומתרגלים לתאר את עצמנו גם כשיש בנו רגשות וצדדים שונים.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 ואוצר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לשיר של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נשאר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החברים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תמיד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שר את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עוזי חיטמן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 בכתה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הנגדית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מתארת משהו שקורה כל הזמן, בלי 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הצורה הנכונה להשלים: 'ילד שמח, ילדה ___'?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עוזרת לתאר שני צדדים שונים של אותו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קצת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ילד או ילדה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מישהו שאוהבים ומבלים איתו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לפעמים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בכל זמן, בלי 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כמות 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 /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בן / 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לא תמיד, רק חלק מהזמן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 שמח, ילדה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ילדים שמחים, ילדות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לפעמים אני עצוב, אבל תמיד אני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לא עצוב, אני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התואר חייב להתאים לשם העצם במין ובמספר.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'תמיד' מתארת משהו שקורה רק לפעמים.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'אבל' עוזרת לתאר שני צדדים שונים של אותו 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של היחידה עוסק בלהישאר נאמנים לעצמנו.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'קצת' מביעה כמות גדולה.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'בן' ו'בת' הן בדיוק אותה מילה, בלי הבדל.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שיר קצר על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שיר קצר בשם 'אני'. כל שורה תתחיל ב'לפעמים אני... אבל תמיד אני...' השתמשו לפחות בשלוש מילים מרשימת אוצר המילים.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'תמיד' ל'לפעמים'?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עם 'אבל' שמתאר שני צדדים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על עצמכם מהשיר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אני? מה אני?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